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CC6ACD" w14:textId="77777777" w:rsidR="004039E9" w:rsidRPr="00F77E2D" w:rsidRDefault="002D54E1" w:rsidP="00F77E2D">
      <w:pPr>
        <w:pStyle w:val="Heading1"/>
        <w:jc w:val="center"/>
        <w:rPr>
          <w:sz w:val="32"/>
          <w:szCs w:val="32"/>
        </w:rPr>
      </w:pPr>
      <w:r w:rsidRPr="00F77E2D">
        <w:rPr>
          <w:sz w:val="32"/>
          <w:szCs w:val="32"/>
        </w:rPr>
        <w:t>Ph.D. in Counseling Annual Program Evaluation Report</w:t>
      </w:r>
    </w:p>
    <w:p w14:paraId="052A3236" w14:textId="77777777" w:rsidR="004039E9" w:rsidRDefault="002D54E1">
      <w:pPr>
        <w:jc w:val="center"/>
      </w:pPr>
      <w:r>
        <w:rPr>
          <w:i/>
          <w:sz w:val="20"/>
        </w:rPr>
        <w:t>2024-2025 WEAVE Data | Old Dominion University</w:t>
      </w:r>
    </w:p>
    <w:p w14:paraId="3ED4FF22" w14:textId="77777777" w:rsidR="004039E9" w:rsidRPr="00F77E2D" w:rsidRDefault="002D54E1" w:rsidP="00F77E2D">
      <w:pPr>
        <w:pStyle w:val="Heading2"/>
        <w:rPr>
          <w:sz w:val="26"/>
        </w:rPr>
      </w:pPr>
      <w:r w:rsidRPr="00F77E2D">
        <w:rPr>
          <w:sz w:val="26"/>
        </w:rPr>
        <w:t>Executive Summary</w:t>
      </w:r>
    </w:p>
    <w:p w14:paraId="0C4C9A10" w14:textId="77777777" w:rsidR="004039E9" w:rsidRDefault="002D54E1">
      <w:pPr>
        <w:spacing w:after="100" w:line="252" w:lineRule="auto"/>
      </w:pPr>
      <w:r>
        <w:t>The 2024-2025 WEAVE evaluation again shows consistently strong doctoral student learning across the five CACREP doctoral core areas, professional dispositions, and fieldwork. Nine students were assessed in Counseling and averaged 95%, leading faculty to consider raising the benchmark from 80% to 90% after two cohorts had earned at least 90%. All students earned 90% or higher on both Supervision KPIs, both Teaching KPIs, both Research and Scholarship KPIs, and both Leadership and Advocacy KPIs. The Program continued the applied supervision model in which COUN 846 students are paired with master's practicum students, and the 2024-2025 report describes this as a positive change that provides direct application of supervision learning. Research and Scholarship results remained strong in the fifth cycle following doctoral course resequencing. All students met the professional-disposition benchmark, and all nine doctoral practicum students met or exceeded the fieldwork objective with average ratings of 4.0.</w:t>
      </w:r>
    </w:p>
    <w:p w14:paraId="71BF2210" w14:textId="77777777" w:rsidR="004039E9" w:rsidRDefault="002D54E1">
      <w:pPr>
        <w:spacing w:after="100" w:line="252" w:lineRule="auto"/>
      </w:pPr>
      <w:r>
        <w:t>The Program also completed all five action items created in the prior cycle to improve graduate and employer survey participation. The WEAVE report classifies both graduate and employer satisfaction targets as met, but the source contains internal count inconsistencies that should be verified before external use. For graduate satisfaction, the report states that six graduates completed the survey but later states that five respondents were satisfied. For employer satisfaction, it states that three employers completed the survey but later refers to ten employers who rated graduates. These discrepancies do not affect the clear pattern of strong academic and fieldwork outcomes, but they are important data-quality issues for future reporting. Overall, the 2024-2025 evaluation portrays a high-performing doctoral program with evidence of successful curricular practices and a need to tighten stakeholder-survey data reconciliation.</w:t>
      </w:r>
    </w:p>
    <w:p w14:paraId="4C8AC03D" w14:textId="77777777" w:rsidR="004039E9" w:rsidRPr="00F77E2D" w:rsidRDefault="002D54E1" w:rsidP="00F77E2D">
      <w:pPr>
        <w:pStyle w:val="Heading2"/>
        <w:rPr>
          <w:sz w:val="26"/>
        </w:rPr>
      </w:pPr>
      <w:r w:rsidRPr="00F77E2D">
        <w:rPr>
          <w:sz w:val="26"/>
        </w:rPr>
        <w:t>Graduation and Graduate Outcomes</w:t>
      </w:r>
    </w:p>
    <w:p w14:paraId="01FDCAE4" w14:textId="77777777" w:rsidR="004039E9" w:rsidRDefault="002D54E1">
      <w:pPr>
        <w:spacing w:after="100"/>
      </w:pPr>
      <w:r>
        <w:t>For the 2024-2025 reporting cycle, the Counselor Education and Supervision Ph.D. program reported 8 graduates. The program reported a 94% degree-completion rate and a 90% job-placement rate among graduates actively seeking employment. No separate credentialing examination was applicable to the doctoral program.</w:t>
      </w:r>
    </w:p>
    <w:tbl>
      <w:tblPr>
        <w:tblW w:w="0" w:type="auto"/>
        <w:jc w:val="center"/>
        <w:tblLayout w:type="fixed"/>
        <w:tblLook w:val="04A0" w:firstRow="1" w:lastRow="0" w:firstColumn="1" w:lastColumn="0" w:noHBand="0" w:noVBand="1"/>
      </w:tblPr>
      <w:tblGrid>
        <w:gridCol w:w="4464"/>
        <w:gridCol w:w="1440"/>
        <w:gridCol w:w="2016"/>
        <w:gridCol w:w="2016"/>
      </w:tblGrid>
      <w:tr w:rsidR="004039E9" w14:paraId="0BC349B4" w14:textId="77777777">
        <w:trPr>
          <w:cantSplit/>
          <w:jc w:val="center"/>
        </w:trPr>
        <w:tc>
          <w:tcPr>
            <w:tcW w:w="4464" w:type="dxa"/>
            <w:tcBorders>
              <w:top w:val="single" w:sz="6" w:space="0" w:color="FFFFFF"/>
              <w:left w:val="single" w:sz="6" w:space="0" w:color="FFFFFF"/>
              <w:bottom w:val="single" w:sz="6" w:space="0" w:color="FFFFFF"/>
              <w:right w:val="single" w:sz="6" w:space="0" w:color="FFFFFF"/>
            </w:tcBorders>
            <w:shd w:val="clear" w:color="auto" w:fill="1F4E78"/>
          </w:tcPr>
          <w:p w14:paraId="005D416F" w14:textId="77777777" w:rsidR="004039E9" w:rsidRDefault="002D54E1">
            <w:pPr>
              <w:jc w:val="center"/>
            </w:pPr>
            <w:r>
              <w:rPr>
                <w:b/>
                <w:color w:val="FFFFFF"/>
                <w:sz w:val="16"/>
              </w:rPr>
              <w:t>Program</w:t>
            </w:r>
          </w:p>
        </w:tc>
        <w:tc>
          <w:tcPr>
            <w:tcW w:w="1440" w:type="dxa"/>
            <w:tcBorders>
              <w:top w:val="single" w:sz="6" w:space="0" w:color="FFFFFF"/>
              <w:left w:val="single" w:sz="6" w:space="0" w:color="FFFFFF"/>
              <w:bottom w:val="single" w:sz="6" w:space="0" w:color="FFFFFF"/>
              <w:right w:val="single" w:sz="6" w:space="0" w:color="FFFFFF"/>
            </w:tcBorders>
            <w:shd w:val="clear" w:color="auto" w:fill="1F4E78"/>
          </w:tcPr>
          <w:p w14:paraId="14A3E013" w14:textId="77777777" w:rsidR="004039E9" w:rsidRDefault="002D54E1">
            <w:pPr>
              <w:jc w:val="center"/>
            </w:pPr>
            <w:r>
              <w:rPr>
                <w:b/>
                <w:color w:val="FFFFFF"/>
                <w:sz w:val="16"/>
              </w:rPr>
              <w:t>Graduates</w:t>
            </w:r>
          </w:p>
        </w:tc>
        <w:tc>
          <w:tcPr>
            <w:tcW w:w="2016" w:type="dxa"/>
            <w:tcBorders>
              <w:top w:val="single" w:sz="6" w:space="0" w:color="FFFFFF"/>
              <w:left w:val="single" w:sz="6" w:space="0" w:color="FFFFFF"/>
              <w:bottom w:val="single" w:sz="6" w:space="0" w:color="FFFFFF"/>
              <w:right w:val="single" w:sz="6" w:space="0" w:color="FFFFFF"/>
            </w:tcBorders>
            <w:shd w:val="clear" w:color="auto" w:fill="1F4E78"/>
          </w:tcPr>
          <w:p w14:paraId="6DD7EB79" w14:textId="77777777" w:rsidR="004039E9" w:rsidRDefault="002D54E1">
            <w:pPr>
              <w:jc w:val="center"/>
            </w:pPr>
            <w:r>
              <w:rPr>
                <w:b/>
                <w:color w:val="FFFFFF"/>
                <w:sz w:val="16"/>
              </w:rPr>
              <w:t>Completion Rate</w:t>
            </w:r>
          </w:p>
        </w:tc>
        <w:tc>
          <w:tcPr>
            <w:tcW w:w="2016" w:type="dxa"/>
            <w:tcBorders>
              <w:top w:val="single" w:sz="6" w:space="0" w:color="FFFFFF"/>
              <w:left w:val="single" w:sz="6" w:space="0" w:color="FFFFFF"/>
              <w:bottom w:val="single" w:sz="6" w:space="0" w:color="FFFFFF"/>
              <w:right w:val="single" w:sz="6" w:space="0" w:color="FFFFFF"/>
            </w:tcBorders>
            <w:shd w:val="clear" w:color="auto" w:fill="1F4E78"/>
          </w:tcPr>
          <w:p w14:paraId="0F7161D8" w14:textId="77777777" w:rsidR="004039E9" w:rsidRDefault="002D54E1">
            <w:pPr>
              <w:jc w:val="center"/>
            </w:pPr>
            <w:r>
              <w:rPr>
                <w:b/>
                <w:color w:val="FFFFFF"/>
                <w:sz w:val="16"/>
              </w:rPr>
              <w:t>Job Placement</w:t>
            </w:r>
          </w:p>
        </w:tc>
      </w:tr>
      <w:tr w:rsidR="004039E9" w14:paraId="7DAB7797" w14:textId="77777777">
        <w:trPr>
          <w:cantSplit/>
          <w:jc w:val="center"/>
        </w:trPr>
        <w:tc>
          <w:tcPr>
            <w:tcW w:w="4464" w:type="dxa"/>
            <w:tcBorders>
              <w:top w:val="single" w:sz="6" w:space="0" w:color="7F7F7F"/>
              <w:left w:val="single" w:sz="6" w:space="0" w:color="7F7F7F"/>
              <w:bottom w:val="single" w:sz="6" w:space="0" w:color="7F7F7F"/>
              <w:right w:val="single" w:sz="6" w:space="0" w:color="7F7F7F"/>
            </w:tcBorders>
            <w:vAlign w:val="center"/>
          </w:tcPr>
          <w:p w14:paraId="5DEF34A3" w14:textId="77777777" w:rsidR="004039E9" w:rsidRDefault="002D54E1">
            <w:r>
              <w:rPr>
                <w:sz w:val="16"/>
              </w:rPr>
              <w:t>Counselor Education &amp; Supervision Ph.D.</w:t>
            </w:r>
          </w:p>
        </w:tc>
        <w:tc>
          <w:tcPr>
            <w:tcW w:w="1440" w:type="dxa"/>
            <w:tcBorders>
              <w:top w:val="single" w:sz="6" w:space="0" w:color="7F7F7F"/>
              <w:left w:val="single" w:sz="6" w:space="0" w:color="7F7F7F"/>
              <w:bottom w:val="single" w:sz="6" w:space="0" w:color="7F7F7F"/>
              <w:right w:val="single" w:sz="6" w:space="0" w:color="7F7F7F"/>
            </w:tcBorders>
            <w:vAlign w:val="center"/>
          </w:tcPr>
          <w:p w14:paraId="3CC33E89" w14:textId="77777777" w:rsidR="004039E9" w:rsidRDefault="002D54E1">
            <w:pPr>
              <w:jc w:val="center"/>
            </w:pPr>
            <w:r>
              <w:rPr>
                <w:sz w:val="16"/>
              </w:rPr>
              <w:t>8</w:t>
            </w:r>
          </w:p>
        </w:tc>
        <w:tc>
          <w:tcPr>
            <w:tcW w:w="2016" w:type="dxa"/>
            <w:tcBorders>
              <w:top w:val="single" w:sz="6" w:space="0" w:color="7F7F7F"/>
              <w:left w:val="single" w:sz="6" w:space="0" w:color="7F7F7F"/>
              <w:bottom w:val="single" w:sz="6" w:space="0" w:color="7F7F7F"/>
              <w:right w:val="single" w:sz="6" w:space="0" w:color="7F7F7F"/>
            </w:tcBorders>
            <w:vAlign w:val="center"/>
          </w:tcPr>
          <w:p w14:paraId="2942E822" w14:textId="77777777" w:rsidR="004039E9" w:rsidRDefault="002D54E1">
            <w:pPr>
              <w:jc w:val="center"/>
            </w:pPr>
            <w:r>
              <w:rPr>
                <w:sz w:val="16"/>
              </w:rPr>
              <w:t>94%</w:t>
            </w:r>
          </w:p>
        </w:tc>
        <w:tc>
          <w:tcPr>
            <w:tcW w:w="2016" w:type="dxa"/>
            <w:tcBorders>
              <w:top w:val="single" w:sz="6" w:space="0" w:color="7F7F7F"/>
              <w:left w:val="single" w:sz="6" w:space="0" w:color="7F7F7F"/>
              <w:bottom w:val="single" w:sz="6" w:space="0" w:color="7F7F7F"/>
              <w:right w:val="single" w:sz="6" w:space="0" w:color="7F7F7F"/>
            </w:tcBorders>
            <w:vAlign w:val="center"/>
          </w:tcPr>
          <w:p w14:paraId="06D03C71" w14:textId="77777777" w:rsidR="004039E9" w:rsidRDefault="002D54E1">
            <w:pPr>
              <w:jc w:val="center"/>
            </w:pPr>
            <w:r>
              <w:rPr>
                <w:sz w:val="16"/>
              </w:rPr>
              <w:t>90%</w:t>
            </w:r>
          </w:p>
        </w:tc>
      </w:tr>
    </w:tbl>
    <w:p w14:paraId="3617D311" w14:textId="77777777" w:rsidR="004039E9" w:rsidRDefault="002D54E1">
      <w:pPr>
        <w:spacing w:after="100"/>
      </w:pPr>
      <w:r>
        <w:t>These graduate-outcome figures complement the annual WEAVE evidence of doctoral achievement in counseling, supervision, teaching, research and scholarship, leadership and advocacy, professional dispositions, and fieldwork.</w:t>
      </w:r>
    </w:p>
    <w:p w14:paraId="4B090CB7" w14:textId="77777777" w:rsidR="004039E9" w:rsidRPr="00F77E2D" w:rsidRDefault="002D54E1" w:rsidP="00F77E2D">
      <w:pPr>
        <w:pStyle w:val="Heading2"/>
        <w:rPr>
          <w:sz w:val="26"/>
        </w:rPr>
      </w:pPr>
      <w:r w:rsidRPr="00F77E2D">
        <w:rPr>
          <w:sz w:val="26"/>
        </w:rPr>
        <w:t>Program Mission and Evaluation Framework</w:t>
      </w:r>
    </w:p>
    <w:p w14:paraId="3539A4A5" w14:textId="77777777" w:rsidR="004039E9" w:rsidRDefault="002D54E1">
      <w:pPr>
        <w:spacing w:after="80"/>
      </w:pPr>
      <w:r>
        <w:rPr>
          <w:b/>
        </w:rPr>
        <w:t xml:space="preserve">Mission. </w:t>
      </w:r>
      <w:r>
        <w:t>The Ph.D. program in Counseling prepares professional counselors for leadership in counseling, including excellence in counseling, supervision, teaching, research and scholarship, and leadership and advocacy, with preparation for counselor education faculty and other leadership roles.</w:t>
      </w:r>
    </w:p>
    <w:p w14:paraId="7F6E1173" w14:textId="77777777" w:rsidR="004039E9" w:rsidRDefault="002D54E1">
      <w:pPr>
        <w:spacing w:after="120"/>
      </w:pPr>
      <w:r>
        <w:t>The doctoral evaluation framework continued to include KPIs in Counseling, Supervision, Teaching, Research and Scholarship, and Leadership and Advocacy; KPDs assessed at two points; fieldwork evaluations; and graduate/employer satisfaction surveys. Results are discussed throughout the year and comprehensively reviewed through the annual evaluation process.</w:t>
      </w:r>
    </w:p>
    <w:p w14:paraId="3CA05BDE" w14:textId="77777777" w:rsidR="004039E9" w:rsidRPr="00F77E2D" w:rsidRDefault="002D54E1" w:rsidP="00F77E2D">
      <w:pPr>
        <w:pStyle w:val="Heading2"/>
        <w:rPr>
          <w:sz w:val="26"/>
        </w:rPr>
      </w:pPr>
      <w:r w:rsidRPr="00F77E2D">
        <w:rPr>
          <w:sz w:val="26"/>
        </w:rPr>
        <w:t>Annual Results by Outcome</w:t>
      </w:r>
    </w:p>
    <w:tbl>
      <w:tblPr>
        <w:tblW w:w="0" w:type="auto"/>
        <w:jc w:val="center"/>
        <w:tblLayout w:type="fixed"/>
        <w:tblLook w:val="04A0" w:firstRow="1" w:lastRow="0" w:firstColumn="1" w:lastColumn="0" w:noHBand="0" w:noVBand="1"/>
      </w:tblPr>
      <w:tblGrid>
        <w:gridCol w:w="2952"/>
        <w:gridCol w:w="2952"/>
        <w:gridCol w:w="4608"/>
      </w:tblGrid>
      <w:tr w:rsidR="004039E9" w14:paraId="467986C8" w14:textId="77777777">
        <w:trPr>
          <w:cantSplit/>
          <w:tblHeader/>
          <w:jc w:val="center"/>
        </w:trPr>
        <w:tc>
          <w:tcPr>
            <w:tcW w:w="2952" w:type="dxa"/>
            <w:tcBorders>
              <w:top w:val="single" w:sz="6" w:space="0" w:color="FFFFFF"/>
              <w:left w:val="single" w:sz="6" w:space="0" w:color="FFFFFF"/>
              <w:bottom w:val="single" w:sz="6" w:space="0" w:color="FFFFFF"/>
              <w:right w:val="single" w:sz="6" w:space="0" w:color="FFFFFF"/>
            </w:tcBorders>
            <w:shd w:val="clear" w:color="auto" w:fill="1F4E78"/>
          </w:tcPr>
          <w:p w14:paraId="6EF12D7C" w14:textId="77777777" w:rsidR="004039E9" w:rsidRDefault="002D54E1">
            <w:pPr>
              <w:jc w:val="center"/>
            </w:pPr>
            <w:r>
              <w:rPr>
                <w:b/>
                <w:color w:val="FFFFFF"/>
                <w:sz w:val="16"/>
              </w:rPr>
              <w:t>Outcome / Benchmark</w:t>
            </w:r>
          </w:p>
        </w:tc>
        <w:tc>
          <w:tcPr>
            <w:tcW w:w="2952" w:type="dxa"/>
            <w:tcBorders>
              <w:top w:val="single" w:sz="6" w:space="0" w:color="FFFFFF"/>
              <w:left w:val="single" w:sz="6" w:space="0" w:color="FFFFFF"/>
              <w:bottom w:val="single" w:sz="6" w:space="0" w:color="FFFFFF"/>
              <w:right w:val="single" w:sz="6" w:space="0" w:color="FFFFFF"/>
            </w:tcBorders>
            <w:shd w:val="clear" w:color="auto" w:fill="1F4E78"/>
          </w:tcPr>
          <w:p w14:paraId="356AE615" w14:textId="77777777" w:rsidR="004039E9" w:rsidRDefault="002D54E1">
            <w:pPr>
              <w:jc w:val="center"/>
            </w:pPr>
            <w:r>
              <w:rPr>
                <w:b/>
                <w:color w:val="FFFFFF"/>
                <w:sz w:val="16"/>
              </w:rPr>
              <w:t>Results</w:t>
            </w:r>
          </w:p>
        </w:tc>
        <w:tc>
          <w:tcPr>
            <w:tcW w:w="4608" w:type="dxa"/>
            <w:tcBorders>
              <w:top w:val="single" w:sz="6" w:space="0" w:color="FFFFFF"/>
              <w:left w:val="single" w:sz="6" w:space="0" w:color="FFFFFF"/>
              <w:bottom w:val="single" w:sz="6" w:space="0" w:color="FFFFFF"/>
              <w:right w:val="single" w:sz="6" w:space="0" w:color="FFFFFF"/>
            </w:tcBorders>
            <w:shd w:val="clear" w:color="auto" w:fill="1F4E78"/>
          </w:tcPr>
          <w:p w14:paraId="61098D2B" w14:textId="77777777" w:rsidR="004039E9" w:rsidRDefault="002D54E1">
            <w:pPr>
              <w:jc w:val="center"/>
            </w:pPr>
            <w:r>
              <w:rPr>
                <w:b/>
                <w:color w:val="FFFFFF"/>
                <w:sz w:val="16"/>
              </w:rPr>
              <w:t>Interpretation, Changes, and Use</w:t>
            </w:r>
          </w:p>
        </w:tc>
      </w:tr>
      <w:tr w:rsidR="004039E9" w14:paraId="350F0179"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3F349088" w14:textId="77777777" w:rsidR="004039E9" w:rsidRDefault="002D54E1">
            <w:pPr>
              <w:spacing w:after="0"/>
            </w:pPr>
            <w:r>
              <w:rPr>
                <w:sz w:val="15"/>
              </w:rPr>
              <w:t>Counseling</w:t>
            </w:r>
            <w:r>
              <w:rPr>
                <w:sz w:val="15"/>
              </w:rPr>
              <w:br/>
              <w:t>Benchmark: score ≥80 on both KPIs</w:t>
            </w:r>
          </w:p>
        </w:tc>
        <w:tc>
          <w:tcPr>
            <w:tcW w:w="2952" w:type="dxa"/>
            <w:tcBorders>
              <w:top w:val="single" w:sz="6" w:space="0" w:color="7F7F7F"/>
              <w:left w:val="single" w:sz="6" w:space="0" w:color="7F7F7F"/>
              <w:bottom w:val="single" w:sz="6" w:space="0" w:color="7F7F7F"/>
              <w:right w:val="single" w:sz="6" w:space="0" w:color="7F7F7F"/>
            </w:tcBorders>
          </w:tcPr>
          <w:p w14:paraId="5E997E22" w14:textId="77777777" w:rsidR="004039E9" w:rsidRDefault="002D54E1">
            <w:pPr>
              <w:spacing w:after="0"/>
            </w:pPr>
            <w:r>
              <w:rPr>
                <w:sz w:val="15"/>
              </w:rPr>
              <w:t>9 students assessed; cohort average 95%; all met the established KPI standard.</w:t>
            </w:r>
          </w:p>
        </w:tc>
        <w:tc>
          <w:tcPr>
            <w:tcW w:w="4608" w:type="dxa"/>
            <w:tcBorders>
              <w:top w:val="single" w:sz="6" w:space="0" w:color="7F7F7F"/>
              <w:left w:val="single" w:sz="6" w:space="0" w:color="7F7F7F"/>
              <w:bottom w:val="single" w:sz="6" w:space="0" w:color="7F7F7F"/>
              <w:right w:val="single" w:sz="6" w:space="0" w:color="7F7F7F"/>
            </w:tcBorders>
          </w:tcPr>
          <w:p w14:paraId="4188B831" w14:textId="77777777" w:rsidR="004039E9" w:rsidRDefault="002D54E1">
            <w:pPr>
              <w:spacing w:after="0"/>
            </w:pPr>
            <w:r>
              <w:rPr>
                <w:sz w:val="15"/>
              </w:rPr>
              <w:t>Students showed strong theoretical case conceptualization. Faculty will consider raising the benchmark to 90% after two cohorts achieved at least that level.</w:t>
            </w:r>
          </w:p>
        </w:tc>
      </w:tr>
      <w:tr w:rsidR="004039E9" w14:paraId="1280765F"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1BB85859" w14:textId="77777777" w:rsidR="004039E9" w:rsidRDefault="002D54E1">
            <w:pPr>
              <w:spacing w:after="0"/>
            </w:pPr>
            <w:r>
              <w:rPr>
                <w:sz w:val="15"/>
              </w:rPr>
              <w:t>Supervision</w:t>
            </w:r>
            <w:r>
              <w:rPr>
                <w:sz w:val="15"/>
              </w:rPr>
              <w:br/>
              <w:t>Benchmark: score ≥80 on both KPIs</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0A221C90" w14:textId="77777777" w:rsidR="004039E9" w:rsidRDefault="002D54E1">
            <w:pPr>
              <w:spacing w:after="0"/>
            </w:pPr>
            <w:r>
              <w:rPr>
                <w:sz w:val="15"/>
              </w:rPr>
              <w:t>All students earned ≥90 on both assessments.</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59AE65B3" w14:textId="77777777" w:rsidR="004039E9" w:rsidRDefault="002D54E1">
            <w:pPr>
              <w:spacing w:after="0"/>
            </w:pPr>
            <w:r>
              <w:rPr>
                <w:sz w:val="15"/>
              </w:rPr>
              <w:t>All students passed both KPIs, improving the completeness of evidence from the prior year. Pairing with master's practicum students was retained as a positive applied-learning strategy.</w:t>
            </w:r>
          </w:p>
        </w:tc>
      </w:tr>
      <w:tr w:rsidR="004039E9" w14:paraId="53185C9A"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6549D507" w14:textId="77777777" w:rsidR="004039E9" w:rsidRDefault="002D54E1">
            <w:pPr>
              <w:spacing w:after="0"/>
            </w:pPr>
            <w:r>
              <w:rPr>
                <w:sz w:val="15"/>
              </w:rPr>
              <w:t>Teaching</w:t>
            </w:r>
            <w:r>
              <w:rPr>
                <w:sz w:val="15"/>
              </w:rPr>
              <w:br/>
              <w:t>Benchmark: score ≥80 on both KPIs</w:t>
            </w:r>
          </w:p>
        </w:tc>
        <w:tc>
          <w:tcPr>
            <w:tcW w:w="2952" w:type="dxa"/>
            <w:tcBorders>
              <w:top w:val="single" w:sz="6" w:space="0" w:color="7F7F7F"/>
              <w:left w:val="single" w:sz="6" w:space="0" w:color="7F7F7F"/>
              <w:bottom w:val="single" w:sz="6" w:space="0" w:color="7F7F7F"/>
              <w:right w:val="single" w:sz="6" w:space="0" w:color="7F7F7F"/>
            </w:tcBorders>
          </w:tcPr>
          <w:p w14:paraId="5C7E686D" w14:textId="77777777" w:rsidR="004039E9" w:rsidRDefault="002D54E1">
            <w:pPr>
              <w:spacing w:after="0"/>
            </w:pPr>
            <w:r>
              <w:rPr>
                <w:sz w:val="15"/>
              </w:rPr>
              <w:t>All 9 learners earned ≥90 on both COUN 820 and COUN 842 KPIs.</w:t>
            </w:r>
          </w:p>
        </w:tc>
        <w:tc>
          <w:tcPr>
            <w:tcW w:w="4608" w:type="dxa"/>
            <w:tcBorders>
              <w:top w:val="single" w:sz="6" w:space="0" w:color="7F7F7F"/>
              <w:left w:val="single" w:sz="6" w:space="0" w:color="7F7F7F"/>
              <w:bottom w:val="single" w:sz="6" w:space="0" w:color="7F7F7F"/>
              <w:right w:val="single" w:sz="6" w:space="0" w:color="7F7F7F"/>
            </w:tcBorders>
          </w:tcPr>
          <w:p w14:paraId="7878F33D" w14:textId="77777777" w:rsidR="004039E9" w:rsidRDefault="002D54E1">
            <w:pPr>
              <w:spacing w:after="0"/>
            </w:pPr>
            <w:r>
              <w:rPr>
                <w:sz w:val="15"/>
              </w:rPr>
              <w:t>Teaching remained a strong area; no modifications were reported.</w:t>
            </w:r>
          </w:p>
        </w:tc>
      </w:tr>
      <w:tr w:rsidR="004039E9" w14:paraId="09694557"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68A55A15" w14:textId="77777777" w:rsidR="004039E9" w:rsidRDefault="002D54E1">
            <w:pPr>
              <w:spacing w:after="0"/>
            </w:pPr>
            <w:r>
              <w:rPr>
                <w:sz w:val="15"/>
              </w:rPr>
              <w:lastRenderedPageBreak/>
              <w:t>Research &amp; Scholarship</w:t>
            </w:r>
            <w:r>
              <w:rPr>
                <w:sz w:val="15"/>
              </w:rPr>
              <w:br/>
              <w:t>Benchmark: score ≥80 on both KPIs</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2A7DC52D" w14:textId="77777777" w:rsidR="004039E9" w:rsidRDefault="002D54E1">
            <w:pPr>
              <w:spacing w:after="0"/>
            </w:pPr>
            <w:r>
              <w:rPr>
                <w:sz w:val="15"/>
              </w:rPr>
              <w:t>All students earned ≥90 on both assessments.</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36021841" w14:textId="77777777" w:rsidR="004039E9" w:rsidRDefault="002D54E1">
            <w:pPr>
              <w:spacing w:after="0"/>
            </w:pPr>
            <w:r>
              <w:rPr>
                <w:sz w:val="15"/>
              </w:rPr>
              <w:t>This was the fifth cycle after research-course resequencing. Strong outcomes supported retaining the sequencing and qualified faculty assignments.</w:t>
            </w:r>
          </w:p>
        </w:tc>
      </w:tr>
      <w:tr w:rsidR="004039E9" w14:paraId="37F44596"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2695D846" w14:textId="77777777" w:rsidR="004039E9" w:rsidRDefault="002D54E1">
            <w:pPr>
              <w:spacing w:after="0"/>
            </w:pPr>
            <w:r>
              <w:rPr>
                <w:sz w:val="15"/>
              </w:rPr>
              <w:t>Leadership &amp; Advocacy</w:t>
            </w:r>
            <w:r>
              <w:rPr>
                <w:sz w:val="15"/>
              </w:rPr>
              <w:br/>
              <w:t>Benchmark: score ≥80 on one or both KPIs</w:t>
            </w:r>
          </w:p>
        </w:tc>
        <w:tc>
          <w:tcPr>
            <w:tcW w:w="2952" w:type="dxa"/>
            <w:tcBorders>
              <w:top w:val="single" w:sz="6" w:space="0" w:color="7F7F7F"/>
              <w:left w:val="single" w:sz="6" w:space="0" w:color="7F7F7F"/>
              <w:bottom w:val="single" w:sz="6" w:space="0" w:color="7F7F7F"/>
              <w:right w:val="single" w:sz="6" w:space="0" w:color="7F7F7F"/>
            </w:tcBorders>
          </w:tcPr>
          <w:p w14:paraId="5D96BBB6" w14:textId="77777777" w:rsidR="004039E9" w:rsidRDefault="002D54E1">
            <w:pPr>
              <w:spacing w:after="0"/>
            </w:pPr>
            <w:r>
              <w:rPr>
                <w:sz w:val="15"/>
              </w:rPr>
              <w:t>100% of learners earned ≥90 on both KPIs.</w:t>
            </w:r>
          </w:p>
        </w:tc>
        <w:tc>
          <w:tcPr>
            <w:tcW w:w="4608" w:type="dxa"/>
            <w:tcBorders>
              <w:top w:val="single" w:sz="6" w:space="0" w:color="7F7F7F"/>
              <w:left w:val="single" w:sz="6" w:space="0" w:color="7F7F7F"/>
              <w:bottom w:val="single" w:sz="6" w:space="0" w:color="7F7F7F"/>
              <w:right w:val="single" w:sz="6" w:space="0" w:color="7F7F7F"/>
            </w:tcBorders>
          </w:tcPr>
          <w:p w14:paraId="7AAC1D7D" w14:textId="77777777" w:rsidR="004039E9" w:rsidRDefault="002D54E1">
            <w:pPr>
              <w:spacing w:after="0"/>
            </w:pPr>
            <w:r>
              <w:rPr>
                <w:sz w:val="15"/>
              </w:rPr>
              <w:t>Leadership and advocacy remained a consistent strength; no changes were reported.</w:t>
            </w:r>
          </w:p>
        </w:tc>
      </w:tr>
      <w:tr w:rsidR="004039E9" w14:paraId="06A66DC0"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311E6B07" w14:textId="77777777" w:rsidR="004039E9" w:rsidRDefault="002D54E1">
            <w:pPr>
              <w:spacing w:after="0"/>
            </w:pPr>
            <w:r>
              <w:rPr>
                <w:sz w:val="15"/>
              </w:rPr>
              <w:t>Key Professional Dispositions</w:t>
            </w:r>
            <w:r>
              <w:rPr>
                <w:sz w:val="15"/>
              </w:rPr>
              <w:br/>
              <w:t>Benchmark: score ≥3 in all KPD areas</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76FCB5B8" w14:textId="77777777" w:rsidR="004039E9" w:rsidRDefault="002D54E1">
            <w:pPr>
              <w:spacing w:after="0"/>
            </w:pPr>
            <w:r>
              <w:rPr>
                <w:sz w:val="15"/>
              </w:rPr>
              <w:t>All students achieved ≥3 in both COUN 846 and COUN 869.</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57D44D4D" w14:textId="77777777" w:rsidR="004039E9" w:rsidRDefault="002D54E1">
            <w:pPr>
              <w:spacing w:after="0"/>
            </w:pPr>
            <w:r>
              <w:rPr>
                <w:sz w:val="15"/>
              </w:rPr>
              <w:t>Positive dispositions remained consistent; no modifications were reported.</w:t>
            </w:r>
          </w:p>
        </w:tc>
      </w:tr>
      <w:tr w:rsidR="004039E9" w14:paraId="597BE5E7"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39CD0C02" w14:textId="77777777" w:rsidR="004039E9" w:rsidRDefault="002D54E1">
            <w:pPr>
              <w:spacing w:after="0"/>
            </w:pPr>
            <w:r>
              <w:rPr>
                <w:sz w:val="15"/>
              </w:rPr>
              <w:t>Fieldwork</w:t>
            </w:r>
            <w:r>
              <w:rPr>
                <w:sz w:val="15"/>
              </w:rPr>
              <w:br/>
              <w:t>Benchmark: ≥3.5 on each item and overall; items &lt;3 reviewed</w:t>
            </w:r>
          </w:p>
        </w:tc>
        <w:tc>
          <w:tcPr>
            <w:tcW w:w="2952" w:type="dxa"/>
            <w:tcBorders>
              <w:top w:val="single" w:sz="6" w:space="0" w:color="7F7F7F"/>
              <w:left w:val="single" w:sz="6" w:space="0" w:color="7F7F7F"/>
              <w:bottom w:val="single" w:sz="6" w:space="0" w:color="7F7F7F"/>
              <w:right w:val="single" w:sz="6" w:space="0" w:color="7F7F7F"/>
            </w:tcBorders>
          </w:tcPr>
          <w:p w14:paraId="0A52777B" w14:textId="77777777" w:rsidR="004039E9" w:rsidRDefault="002D54E1">
            <w:pPr>
              <w:spacing w:after="0"/>
            </w:pPr>
            <w:r>
              <w:rPr>
                <w:sz w:val="15"/>
              </w:rPr>
              <w:t>9 students were evaluated; all met or exceeded the objective; average rating was 4.0.</w:t>
            </w:r>
          </w:p>
        </w:tc>
        <w:tc>
          <w:tcPr>
            <w:tcW w:w="4608" w:type="dxa"/>
            <w:tcBorders>
              <w:top w:val="single" w:sz="6" w:space="0" w:color="7F7F7F"/>
              <w:left w:val="single" w:sz="6" w:space="0" w:color="7F7F7F"/>
              <w:bottom w:val="single" w:sz="6" w:space="0" w:color="7F7F7F"/>
              <w:right w:val="single" w:sz="6" w:space="0" w:color="7F7F7F"/>
            </w:tcBorders>
          </w:tcPr>
          <w:p w14:paraId="18BE597E" w14:textId="77777777" w:rsidR="004039E9" w:rsidRDefault="002D54E1">
            <w:pPr>
              <w:spacing w:after="0"/>
            </w:pPr>
            <w:r>
              <w:rPr>
                <w:sz w:val="15"/>
              </w:rPr>
              <w:t>Quality fieldwork placements, student professionalism, and site supervisors continued to be identified as strengths.</w:t>
            </w:r>
          </w:p>
        </w:tc>
      </w:tr>
      <w:tr w:rsidR="004039E9" w14:paraId="714D8D0B"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012FB26D" w14:textId="77777777" w:rsidR="004039E9" w:rsidRDefault="002D54E1">
            <w:pPr>
              <w:spacing w:after="0"/>
            </w:pPr>
            <w:r>
              <w:rPr>
                <w:sz w:val="15"/>
              </w:rPr>
              <w:t>Graduate Satisfaction</w:t>
            </w:r>
            <w:r>
              <w:rPr>
                <w:sz w:val="15"/>
              </w:rPr>
              <w:br/>
              <w:t>Benchmark: ≥85% satisfied</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1DDCBB78" w14:textId="77777777" w:rsidR="004039E9" w:rsidRDefault="002D54E1">
            <w:pPr>
              <w:spacing w:after="0"/>
            </w:pPr>
            <w:r>
              <w:rPr>
                <w:sz w:val="15"/>
              </w:rPr>
              <w:t>Target classified Met. Source states 6 graduates completed the survey; interpretation states 5 students who responded were satisfied.</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3810A317" w14:textId="77777777" w:rsidR="004039E9" w:rsidRDefault="002D54E1">
            <w:pPr>
              <w:spacing w:after="0"/>
            </w:pPr>
            <w:r>
              <w:rPr>
                <w:sz w:val="15"/>
              </w:rPr>
              <w:t>All prior-cycle action items were completed. Program will continue using personal email addresses for follow-up. Count discrepancy should be verified.</w:t>
            </w:r>
          </w:p>
        </w:tc>
      </w:tr>
      <w:tr w:rsidR="004039E9" w14:paraId="28EA51A5"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4728E5DE" w14:textId="77777777" w:rsidR="004039E9" w:rsidRDefault="002D54E1">
            <w:pPr>
              <w:spacing w:after="0"/>
            </w:pPr>
            <w:r>
              <w:rPr>
                <w:sz w:val="15"/>
              </w:rPr>
              <w:t>Employer Satisfaction</w:t>
            </w:r>
            <w:r>
              <w:rPr>
                <w:sz w:val="15"/>
              </w:rPr>
              <w:br/>
              <w:t>Benchmark: ≥85% satisfied</w:t>
            </w:r>
          </w:p>
        </w:tc>
        <w:tc>
          <w:tcPr>
            <w:tcW w:w="2952" w:type="dxa"/>
            <w:tcBorders>
              <w:top w:val="single" w:sz="6" w:space="0" w:color="7F7F7F"/>
              <w:left w:val="single" w:sz="6" w:space="0" w:color="7F7F7F"/>
              <w:bottom w:val="single" w:sz="6" w:space="0" w:color="7F7F7F"/>
              <w:right w:val="single" w:sz="6" w:space="0" w:color="7F7F7F"/>
            </w:tcBorders>
          </w:tcPr>
          <w:p w14:paraId="07074DB1" w14:textId="77777777" w:rsidR="004039E9" w:rsidRDefault="002D54E1">
            <w:pPr>
              <w:spacing w:after="0"/>
            </w:pPr>
            <w:r>
              <w:rPr>
                <w:sz w:val="15"/>
              </w:rPr>
              <w:t>Target classified Met. Source states 3 employers completed the survey; interpretation states 10 employers rated graduates and were satisfied.</w:t>
            </w:r>
          </w:p>
        </w:tc>
        <w:tc>
          <w:tcPr>
            <w:tcW w:w="4608" w:type="dxa"/>
            <w:tcBorders>
              <w:top w:val="single" w:sz="6" w:space="0" w:color="7F7F7F"/>
              <w:left w:val="single" w:sz="6" w:space="0" w:color="7F7F7F"/>
              <w:bottom w:val="single" w:sz="6" w:space="0" w:color="7F7F7F"/>
              <w:right w:val="single" w:sz="6" w:space="0" w:color="7F7F7F"/>
            </w:tcBorders>
          </w:tcPr>
          <w:p w14:paraId="3E3C4330" w14:textId="77777777" w:rsidR="004039E9" w:rsidRDefault="002D54E1">
            <w:pPr>
              <w:spacing w:after="0"/>
            </w:pPr>
            <w:r>
              <w:rPr>
                <w:sz w:val="15"/>
              </w:rPr>
              <w:t>Program used internship evaluations to identify employers and requested employer ratings. Count discrepancy should be verified before external reporting.</w:t>
            </w:r>
          </w:p>
        </w:tc>
      </w:tr>
    </w:tbl>
    <w:p w14:paraId="404AEC2D" w14:textId="77777777" w:rsidR="004039E9" w:rsidRPr="00F77E2D" w:rsidRDefault="002D54E1" w:rsidP="00F77E2D">
      <w:pPr>
        <w:pStyle w:val="Heading2"/>
        <w:rPr>
          <w:sz w:val="26"/>
        </w:rPr>
      </w:pPr>
      <w:r w:rsidRPr="00F77E2D">
        <w:rPr>
          <w:sz w:val="26"/>
        </w:rPr>
        <w:t>Key Strengths</w:t>
      </w:r>
    </w:p>
    <w:p w14:paraId="15534DE5" w14:textId="77777777" w:rsidR="004039E9" w:rsidRDefault="002D54E1">
      <w:pPr>
        <w:pStyle w:val="ListBullet"/>
        <w:spacing w:after="40"/>
      </w:pPr>
      <w:r>
        <w:t>Very high achievement across all five doctoral core areas.</w:t>
      </w:r>
    </w:p>
    <w:p w14:paraId="37E011F9" w14:textId="77777777" w:rsidR="004039E9" w:rsidRDefault="002D54E1">
      <w:pPr>
        <w:pStyle w:val="ListBullet"/>
        <w:spacing w:after="40"/>
      </w:pPr>
      <w:r>
        <w:t>Counseling cohort average of 95% supports consideration of a higher performance threshold.</w:t>
      </w:r>
    </w:p>
    <w:p w14:paraId="2A1E57BF" w14:textId="77777777" w:rsidR="004039E9" w:rsidRDefault="002D54E1">
      <w:pPr>
        <w:pStyle w:val="ListBullet"/>
        <w:spacing w:after="40"/>
      </w:pPr>
      <w:r>
        <w:t>Applied supervision pairing and research-course sequencing continue to show positive results.</w:t>
      </w:r>
    </w:p>
    <w:p w14:paraId="69190F81" w14:textId="77777777" w:rsidR="004039E9" w:rsidRDefault="002D54E1">
      <w:pPr>
        <w:pStyle w:val="ListBullet"/>
        <w:spacing w:after="40"/>
      </w:pPr>
      <w:r>
        <w:t>All assessed students met KPD and fieldwork benchmarks.</w:t>
      </w:r>
    </w:p>
    <w:p w14:paraId="0174AEE5" w14:textId="77777777" w:rsidR="004039E9" w:rsidRPr="00F77E2D" w:rsidRDefault="002D54E1" w:rsidP="00F77E2D">
      <w:pPr>
        <w:pStyle w:val="Heading2"/>
        <w:rPr>
          <w:sz w:val="26"/>
        </w:rPr>
      </w:pPr>
      <w:r w:rsidRPr="00F77E2D">
        <w:rPr>
          <w:sz w:val="26"/>
        </w:rPr>
        <w:t>Continuous Improvement Priorities</w:t>
      </w:r>
    </w:p>
    <w:p w14:paraId="7466314C" w14:textId="77777777" w:rsidR="004039E9" w:rsidRDefault="002D54E1">
      <w:pPr>
        <w:pStyle w:val="ListBullet"/>
        <w:spacing w:after="40"/>
      </w:pPr>
      <w:r>
        <w:t>Verify and reconcile graduate and employer satisfaction survey counts before external reporting.</w:t>
      </w:r>
    </w:p>
    <w:p w14:paraId="0F7E33F7" w14:textId="77777777" w:rsidR="004039E9" w:rsidRDefault="002D54E1">
      <w:pPr>
        <w:pStyle w:val="ListBullet"/>
        <w:spacing w:after="40"/>
      </w:pPr>
      <w:r>
        <w:t>Consider formal faculty action on raising the Counseling KPI threshold to 90%.</w:t>
      </w:r>
    </w:p>
    <w:p w14:paraId="779C336A" w14:textId="77777777" w:rsidR="004039E9" w:rsidRDefault="002D54E1">
      <w:pPr>
        <w:pStyle w:val="ListBullet"/>
        <w:spacing w:after="40"/>
      </w:pPr>
      <w:r>
        <w:t xml:space="preserve">Continue the applied supervision model and </w:t>
      </w:r>
      <w:proofErr w:type="spellStart"/>
      <w:r>
        <w:t>resequenced</w:t>
      </w:r>
      <w:proofErr w:type="spellEnd"/>
      <w:r>
        <w:t xml:space="preserve"> research curriculum.</w:t>
      </w:r>
    </w:p>
    <w:p w14:paraId="3E6D5B8D" w14:textId="77777777" w:rsidR="004039E9" w:rsidRDefault="002D54E1">
      <w:pPr>
        <w:pStyle w:val="ListBullet"/>
        <w:spacing w:after="40"/>
      </w:pPr>
      <w:r>
        <w:t>Maintain systematic annual review and stakeholder follow-up procedures.</w:t>
      </w:r>
    </w:p>
    <w:p w14:paraId="60C975F3" w14:textId="77777777" w:rsidR="004039E9" w:rsidRDefault="002D54E1">
      <w:pPr>
        <w:spacing w:before="160"/>
      </w:pPr>
      <w:r>
        <w:rPr>
          <w:b/>
          <w:sz w:val="16"/>
        </w:rPr>
        <w:t xml:space="preserve">Source: </w:t>
      </w:r>
      <w:r>
        <w:rPr>
          <w:i/>
          <w:sz w:val="16"/>
        </w:rPr>
        <w:t>Counseling 2024-2025 WEAVE Program Evaluation Report, Ph.D. section.</w:t>
      </w:r>
    </w:p>
    <w:sectPr w:rsidR="004039E9"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2972978">
    <w:abstractNumId w:val="8"/>
  </w:num>
  <w:num w:numId="2" w16cid:durableId="1352415046">
    <w:abstractNumId w:val="6"/>
  </w:num>
  <w:num w:numId="3" w16cid:durableId="1378815778">
    <w:abstractNumId w:val="5"/>
  </w:num>
  <w:num w:numId="4" w16cid:durableId="1536842115">
    <w:abstractNumId w:val="4"/>
  </w:num>
  <w:num w:numId="5" w16cid:durableId="430974185">
    <w:abstractNumId w:val="7"/>
  </w:num>
  <w:num w:numId="6" w16cid:durableId="2366535">
    <w:abstractNumId w:val="3"/>
  </w:num>
  <w:num w:numId="7" w16cid:durableId="1714189608">
    <w:abstractNumId w:val="2"/>
  </w:num>
  <w:num w:numId="8" w16cid:durableId="431052195">
    <w:abstractNumId w:val="1"/>
  </w:num>
  <w:num w:numId="9" w16cid:durableId="20546881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D54E1"/>
    <w:rsid w:val="00326F90"/>
    <w:rsid w:val="004039E9"/>
    <w:rsid w:val="009C567B"/>
    <w:rsid w:val="00AA1D8D"/>
    <w:rsid w:val="00AF65BF"/>
    <w:rsid w:val="00B47730"/>
    <w:rsid w:val="00BE506E"/>
    <w:rsid w:val="00CB0664"/>
    <w:rsid w:val="00F77E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D36567F-D191-4904-89AB-E18454CE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8"/>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8"/>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Weakley, Sydney E.</cp:lastModifiedBy>
  <cp:revision>3</cp:revision>
  <dcterms:created xsi:type="dcterms:W3CDTF">2013-12-23T23:15:00Z</dcterms:created>
  <dcterms:modified xsi:type="dcterms:W3CDTF">2026-08-18T18:11:00Z</dcterms:modified>
  <cp:category/>
</cp:coreProperties>
</file>